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"Центрум" (подробнее) Ответчики: ТЕРРИТОРИАЛЬНЫЙ ОТДЕЛ УПРАВЛЕНИЯ ФЕДЕРАЛЬНОЙ СЛУЖБЫ ПО НАДЗОРУ В СФЕРЕ ЗАЩИТЫ ПРАВ ПОТРЕБИТЕЛЕЙ И БЛАГОПОЛУЧИЯ ЧЕЛОВЕКА ПО МОСКВЕ В ЮГО-ЗАПАДНОМ АДМИНИСТРАТИВНОМ ОКРУГЕ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