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«Офис-Центр» (далее – ООО «Офис-Центр») обратилось в Арбитражный суд Хабаровского края с исковым заявлением к Министерству инвестиционного развития и предпринимательства Хабаровского края о признании одностороннего отказа от инвестиционного соглашения от 27.01.2016 № ИС-3/16, выраженного в уведомлении от 02.10.2019 № 01-11-2854, недействительной сделкой. К участию в деле в качестве третьих лиц, не заявляющих самостоятельных требований относительно предмета спора, привлечены Правительство Хабаровского края, администрация города Хабаровска. Определением от 01.04.2022 произведена замена ответчика – Министерства инвестиционного развития и предпринимательства Хабаровского края на его правопреемника – Министерство экономического развития Хабаровского края. Также указанным определением суд привлек к участию в деле в качестве соответчика Правительство Хабаровского края, исключив его из состава третьих лиц. Решением Арбитражного суда Хабаровского края от 01.06.2022, оставленным без изменения постановлением Шестого арбитражного апелляционного суда от 07.09.2022 и постановлением Арбитражного суда Дальневосточного округа от 09.12.2022,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неправильное толкование и применение судами положений раздела 4 Порядка рассмотрения и отбора инвестиционных проектов, предусматривающих строительство объектов социально-культурного и (или) коммунально-бытового назначения, масштабных инвестиционных проектов в целях признания их приоритетными инвестиционными проектами Хабаровского края и определения их соответствия критериям,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 утвержденного постановлением Правительства Хабаровского края от 26.09.2016 № 331-пр. По мнению ООО «Офис-Центр», суды неполно исследовали обстоятельства, связанные с предоставлением земельных участков для реализации инвестиционного проекта.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27.01.2016 между ООО «Офис-Центр» (субъект инвестиционной деятельности) и Правительством Хабаровского края заключено инвестиционное соглашение № ИС-3/16, предметом которого являются отношения между сторонами, возникающие в связи с признанием инвестиционного проекта «Многофункциональное высотное здание с тоннелем, подземными пешеходными переходами и паркингом на пересечении улиц Ленина - ФИО1 в Центральном районе г. Хабаровска» приоритетным инвестиционным проектом края (пункт 1.1 соглашения). Дополнительным соглашением от 19.08.2016 № ДС-10/16 в пункт 1.1 внесены изменения, в соответствии с которыми предметом соглашения являются отношения между сторонами, возникающие в связи с признанием инвестиционного проекта «Многофункциональное высотное здание с конгресс холлом, тоннелем, подземными пешеходными переходами и паркингом на пересечении улиц Ленина - ФИО1 в Центральном районе г. Хабаровска» приоритетным инвестиционным проектом края. В соответствии с пунктом 1.2 соглашения инвестиционный проект признается приоритетным инвестиционным проектом края в целях предоставления земельного участка в аренду без торгов, в случае соответствия его критериям, установленным Законом Хабаровского края от 29.07.2015 № 102 «О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 Стоимость инвестиционного проекта составила 6 500 000 000 рублей (пункт 2.2 соглашения). Согласно пункту 2.3 соглашения срок реализации инвестиционного проекта определен с января 2016 по июнь 2018; дата ввода объекта в эксплуатацию – июль 2018. В соответствии с пунктом 2.4 соглашения основными параметрами инвестиционного проекта и результатов его реализации являются: - объем средств, направленных субъектом инвестиционной деятельности на финансирование инвестиционного проекта, не менее 6 500 000 000 рублей, в том числе за счет собственных и заемных средств (доля заемных средств составит не более 70% от общего объема инвестиций); - планируемая мощность инвестиционного проекта: суммарная площадь здания составляет 94 494 кв. м, в том числе площадь подземной части - 45 034 кв. м, площадь наземной части - 49 460 кв. м; - количество созданных новых рабочих мест и сохраненных рабочих мест: проект предусматривает создание 130 рабочих мест; - налоговые поступления в консолидированный бюджет края в размере не менее итоговой суммы по году (по всем налогам), указанной в графике налоговых платежей, являющемся неотъемлемой частью настоящего соглашения (приложение № 1). Пунктом 2.5 соглашения установлены характеристики земельного участка, необходимого для реализации инвестиционного проекта: - муниципальное образование Хабаровского края, на территории которого предполагается размещение объекта – городской округ «Город Хабаровск»; - размер земельного участка - 175 093,4 кв. м, в том числе 17 589 кв. м и 157 504,4 кв. м; - вид разрешенного использования - земельный участок, предназначенный для объектов общественно-делового назначения. Письмом от 30.08.2018 № 282 ООО «Офис-Центр» обратилось к Министру земельно-имущественной политики Хабаровского края за рассмотрением заявления о внесении изменений в инвестиционное соглашение от 27.01.2016, ссылаясь на то, что в связи с доработкой проекта изменились стоимость проекта, площадь испрашиваемого земельного участка и сроки реализации проекта. На заседании инвестиционного совета при Правительстве Хабаровского края 25.09.2018 рассмотрен вопрос о внесении изменений в инвестиционное соглашение от 27.01.2016, принято решение признать целесообразным внесение изменений в инвестиционное соглашение: - администрации городского округа «Город Хабаровск» поручено определить земельные участки, необходимые для реализации инвестиционного проекта; - Министерству инвестиционной и земельно-имущественной политики Хабаровского края рекомендовано подготовить и согласовать проект дополнительного соглашения к инвестиционному соглашению от 27.01.2016 на основании информации, представленной администрацией; - Министерству строительства Хабаровского края рекомендовано заключить дополнительное соглашение к инвестиционному соглашению от 27.01.2016. Инвестиционный совет при Правительстве Хабаровского края, рассмотрев 11.09.2019 текущее состояние спорного инвестиционного проекта, принял решение рекомендовать Правительству края отказать ООО «Офис-Центр» в заключении дополнительного соглашения к инвестиционному соглашению от 27.01.2016 и расторгнуть инвестиционное соглашение ввиду возникновения ряда проблем при его реализации: отсутствие информации о подтверждении источников финансирования проекта; необходимость внесения изменений в Правила землепользования и застройки г. Хабаровска; отсутствие решения вопроса предоставления земельного участка для реализации проекта в границах водоохранной зоны. От Министерства инвестиционного развития и предпринимательства Хабаровского края в адрес ООО «Офис-Центр» 02.10.2019 поступило извещение № 01-11-2854 с предложением подписать соглашение от 12.09.2019 о расторжении инвестиционного соглашения. ООО «Офис-Центр» 26.04.2021 направило в Правительство Хабаровского края предложение № 8 о заключении дополнительного соглашения к инвестиционному соглашению, полагая, что Правительством края в одностороннем порядке нарушается процедура внесения изменений в инвестиционное соглашение. В ответ на данное предложение Министерство инвестиционного развития и предпринимательства Хабаровского края письмом от 17.05.2021 № 01-12-1985 сообщило об отсутствии оснований для заключения дополнительного соглашения в связи с неисполнением ООО «Офис-Центр» существенных условий соглашения, сославшись, в том числе, на результаты проведения проверки деятельности органов исполнительной власти края прокуратурой Хабаровского края, об отсутствии выявленных нарушений в части расторжения инвестиционного соглашения. Общество «Офис-Центр» полагая, что односторонний отказ от инвестиционного соглашения, выраженный в уведомлении Министерства инвестиционного развития и предпринимательства Хабаровского края от 02.10.2019 № 01-11-2854 обладает признаками недействительности, поскольку подписавшее его должностное лицо не имеет таких полномочий, обратилось в арбитражный суд с настоящим иском. Исследовав, оценив по правилам статьи 71 АПК РФ представленные доказательства, руководствуясь статьями 124 , 125 , 166 , 182 , 421 , 431 , 450.1 , 740 , 758 Гражданского кодекса Российской Федерации, статьей 4 Устава Хабаровского края, положениями Закона Хабаровского края от 27.11.2001 № 349 «О Правительстве Хабаровского края», Положением о Министерстве инвестиционного развития и предпринимательства Хабаровского края, утвержденным постановлением Правительства Хабаровского края от 24.12.2018 № 485-пр, постановлением Правительства Хабаровского края от 26.09.2016 № 331-пр, пунктом 3 Информационного письма Президиума Высшего Арбитражного Суда Российской Федерации от 23.10.2000 № 57 «О некоторых вопросах практики применения статьи 183 Гражданского кодекса Российской Федерации», суды отказали в удовлетворении требований, придя к выводу о том, что Министерство инвестиционного развития и предпринимательства Хабаровского края обладало полномочием направлять уведомление об одностороннем расторжении инвестиционного соглашения. Судебными инстанциями учтено, что односторонний отказ ответчика от инвестиционного соглашения мотивирован невыполнением обществом «Офис-Центр» основных параметров инвестиционного проекта и результатов его реализации более чем на 10% от показателей, установленных соглашением. Именно из-за невозможности использования испрашиваемых земельных участков под производственную и транспортную инфраструктуру в рамках реализации инвестиционного проекта, отказом истца от альтернативных земельных участков, а также неисполнением ООО «Офис-Центр» существенных условий инвестиционного соглашения на заседании инвестиционного совета, состоявшемся 11.11.2019, принято решение отказать названному обществу в заключении дополнительного соглашения и расторгнуть инвестиционное соглашение. Суды заключили, что истец проявил бездействие по вопросу внесения изменений в Правила землепользования и застройки городского округа « Город Хабаровск» и в проект планировки «Центрального района г.Хабаровска», с заявлением о внесении изменений в инвестиционное соглашение относительно стоимости и сроков реализации инвестиционного проекта истец обратился за пределами срока окончания реализации инвестиционного проекта и ввода объекта в эксплуатацию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«Офис-Центр»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"Офис-Центр" (подробнее) Ответчики: Министерство инвестиционного развития и предпринимательства Хабаровского края (подробнее) Иные лица: 6 ААС (подробнее) Администрация города Хабаровска (подробнее) Арбитражный суд ДВО (подробнее) Генеральная прокуратура РФ (подробнее) Министерство экономического развития Хабаровского края (подробнее) Правительство Хабаровского края (подробнее) Прокуратура Хабаровского края (подробнее) Судебная практика по: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