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«Глобал Альянс» удовлетворить. Предоставить обществу с ограниченной ответственностью «Глобал Альянс»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