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«НК-Неруд»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"НК-Неруд" (подробнее) Ответчики: ИФНС №15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