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городского хозяйства администрации городского округа «Город Архангельск»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