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«СОЧИНСКАЯ СТРОИТЕЛЬНАЯ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