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краевому государственному казенному учреждению «Управление автомобильных дорог по Красноярскому краю»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