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«Главное управление по обеспечению деятельности оперативных подразделений ФСИН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