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Свердловскому областному отделению Общероссийского общественного фонда «Центр качества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