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Лагода Надежде Серафимовне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