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Пятерко Сергею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