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«Заря»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САО "ВСК" (подробнее) Ответчики: ООО УК "Заря"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