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Государственной жилищной инспекции Липецкой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ОАО "Липецкая энергосбытовая компания" (подробнее) Ответчики: Государственная жилищная инспекция Липецкой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