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«Полевая 43/12»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