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«БСБ»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Т.В.Завьялова Суд: Верховный Суд РФ (подробнее) Истцы: ООО "БСБ" (подробнее) Ответчики: Федеральное автономное учреждение "Главное управление государственной экспертизы" (подробнее) Судьи дела: Завьялова Т.В.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