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Еськову Евгению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