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«Домоуправляющая Компания Нижегородского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"ДК Нижегородского района" (подробнее) Ответчики: Государственная жилищная инспекция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