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предприятию города Москвы «Выставка достижений народного хозяйства»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КАЗЕННОЕ ПРЕДПРИЯТИЕ ГОРОДА МОСКВЫ "ВЫСТАВКА ДОСТИЖЕНИЙ НАРОДНОГО ХОЗЯЙСТВА" (подробнее) Ответчики: Ростехнадзор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