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«Иркутскавтодор»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Администрация города Иркутска (подробнее) КОМИТЕТ ГОРОДСКОГО ОБУСТРОЙСТВА АДМИНИСТРАЦИИ ГОРОДА ИРКУТСКА (подробнее) Ответчики: МУП г. Иркутска "Иркутскавтодор"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