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кассационную жалобу по приложенным к ней материалам без вызова сторон.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Тыва «Управляющая компания ТЭК 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ГУП РЕСПУБЛИКИ ТЫВА "УПРАВЛЯЮЩАЯ КОМПАНИЯ ТЭК 4" (подробнее) Ответчики: Отдел технологического и энергетического надзора по Республике Тыва Енисейского управления Федеральной службы по экологическому, технологическому и атомному надзору (Ростехнадзор)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