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«Топливная компания Дизель»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"Топливная Компания Дизель" (подробнее) Ответчики: АО "АРХАНГЕЛЬСКГРАЖДАНРЕКОНСТРУКЦИЯ"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