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«Цефей»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"Цефей" (подробнее) Ответчики: АО "АРХАНГЕЛЬСКГРАЖДАНРЕКОНСТРУКЦИЯ"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