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«Российские железные дороги»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ОАО "Российские железные дороги" (подробнее) Ответчики: Государственная административно-техническая инспекция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