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«Первая детская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"Джин" (подробнее) Ответчики: ООО "ПЕРВАЯ ДЕТСКАЯ КОМПАНИЯ"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