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«Хусманн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"ЭКОМТЕХ" (подробнее) Ответчики: ООО "ХУСМАНН РУС"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