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«Тихоокеанская транспортная группа»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"ТИХООКЕАНСКАЯ ТРАНСПОРТНАЯ ГРУППА" (подробнее) Ответчики: Межрайонная ИФНС России №14 по Приморскому краю (подробнее) Иные лица: Арбитражный суд Дальневосточного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