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рабочего поселка Колывань Колыванского района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к/у " ПМК-2" Устюгов А. Ю. (подробнее) ООО " ПМК-2" (подробнее) Ответчики: Администрация рабочего поселка Колывань Колыванского района Новосибирской области (подробнее) Иные лица: Арбитражный суд Западно-Сибирского округа (подробнее) ООО ГК "АллМакс" (подробнее) ООО "Новосибстройсертификация" (подробнее) ООО "Новосибстройсертификация" для Перминовой А.В. (подробнее) ООО "ПМК" в лице конкурсного управляющего А.Ю.Устюгова (подробнее) ООО "Сибирский строительный инжиниринг"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