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«Системы телекоммуникаций»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"СИСТЕМЫ ТЕЛЕКОММУНИКАЦИЙ" (подробнее) Ответчики: Управление Федеральной антимонопольной службы по г. Москве (подробнее) Федеральная антимономольная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