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«УниверсалСтройМегион»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"УниверсалСтройМегион" (подробнее) ООО УНИВЕРСАЛСТРОЙ МЕГИОН (подробнее) Ответчики: Межрайонная инспекция федеральной налоговой службы №5 по Ханты-Мансийскому автономному округу - Югре (подробнее) МИФНС №11 ПО ХМАО-ЮГРЕ (подробнее) Управление Федеральной налоговой службы по Ханты-Мансийскому автономному округу - 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