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«Лесная компания» (далее – общество) обратилось в Верховный Суд Российской Федерации с кассационной жалобой на решение Арбитражного суда Красноярского края от 20.05.2022 по делу № А33-21320/2021, постановление Третьего арбитражного апелляционного суда от 08.08.2022 и постановление Арбитражного суда Восточно-Сибирского округа от 11.10.2022 по тому же делу по заявлению общества к Иркутской таможне (далее – таможенный орган) о признании незаконным и отмене постановления от 30.06.2021 по делу об административном правонарушении № 10607000-710/2021 о привлечении к административной ответственности, предусмотренной частью 1 статьи 16.2 Кодекса Российской Федерации об административных правонарушениях. Определением Верховного Суда Российской Федерации от 27.02.2023 № 302-ЭС22-24343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29.03.2023 в 10 часов 00 минут (время московское). Таможенным органом заявлено ходатайство об участии в судебном заседании путем использования систем видеоконференц-связи при содействии Арбитражного суда Восточно-Сибирского округа. В соответствии с частью 1 статьи 1531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Учитывая наличие технической возможности осуществления видеоконференц-связи при содействии Арбитражного суда Восточно-Сибирского округа, ходатайство таможенного органа подлежит удовлетворению на основании статьи 1531 Арбитражного процессуального кодекса Российской Федерации. Руководствуясь статьями 73 , 1531, 159 , 184 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Иркутской таможни об участии в судебном заседании Судебной коллегии по экономическим спорам Верховного Суда Российской Федерации по рассмотрению дела № А33-21320/2021 Арбитражного суда Красноярского края путем использования систем видеоконференц-связи. Поручить Арбитражному суду Восточно-Сибирского округа организацию видеоконференц-связи в здании Арбитражного суда Восточно-Сибирского округа (664025, &lt;...&gt;) в целях участия Иркутской таможни в судебном заседании Судебной коллегии по экономическим спорам Верховного Суда Российской Федерации, назначенном в 10 часов 00 минут (время московское) 29.03.2023 по адресу: &lt;...&gt;. Арбитражному суду Восточно-Сибирского округа известить Иркутскую таможню (664046, &lt;...&gt;, +7-3952-26-15-92, +7-3952-26-15-28) о явке 29.03.2023 в 10 часов 00 минут (время московское) в Арбитражный суд Восточно-Сибирского округа,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Судья Верховного Суда Российской Федерации А.Г. Першутов Суд: Верховный Суд РФ (подробнее) Истцы: ООО "Лесная компания" (подробнее) Ответчики: Иркутская таможня (подробнее) Иные лица: Арбитражный суд Восточно-Сибирского округа (подробнее) Арбитражный суд Иркутской области (подробнее) Верховный Суд Российской Федерации (подробнее) Судьи дела: Першутов А.Г. (судья) Последние документы по делу: Определение от 31 марта 2023 г. по делу № А33-21320/2021 Резолютивная часть определения от 29 марта 2023 г. по делу № А33-21320/2021 Определение от 13 марта 2023 г. по делу № А33-21320/2021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