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"Россети Центр" (подробнее) ПАО "РОССЕТИ ЦЕНТРА" ФИЛИАЛ "РОССЕТИ ЦЕНТР" - "СМОЛЕНСКЭНЕРГО" (подробнее) Ответчики: Управление Федеральной антимонопольной службы по Смоленской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