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района «Дзун-Хемчикский кожуун» Республики Тыва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АДМИНИСТРАЦИЯ МУНИЦИПАЛЬНОГО РАЙОНА "ДЗУН-ХЕМЧИКСКИЙ КОЖУУН РЕСПУБЛИКИ ТЫВА" (подробнее) Ответчики: Енисейское управление Федеральной службы по экологическому, технологическому и атомному надзору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