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МВД России по городу Краснодару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