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«Микрокредитная компания «Краснодарская межрегиональная компания»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"МИКРОКРЕДИТНАЯ КОМПАНИЯ "КРАСНОДАРСКАЯ МЕЖРЕГИОНАЛЬНАЯ КОМПАНИЯ" (подробнее) Ответчики: Межрайонная инспекция Федеральной налоговой службы №7 по Оренбургской области (подробнее) Иные лица: Арбитражный суд Уральского округа (подробнее) Восемнадцатый арбитражный апелляционный суд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