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Бекар»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Агентство Бекар (подробнее) Ответчики: Межрегиональное управление Федеральной службы по финансовому мониторингу по Северо-Западному округу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