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«Афродита»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"Афродита" (подробнее) Ответчики: Межрегиональное управление федеральной службы по регулированию алкогольного рынка по южному федеральному округу (подробнее) Межрегиональное управление Федеральной службы по регулированию Алкогольного рынка по ЮФО (подробнее) Межрегиональное управление Федеральной Службы по регулированию алкогольного рынка по ЮФО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