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"НОВИТЭН" (подробнее) Ответчики: Госжилинспекция Липецкой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