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«Кузбасская энергетическая сбытовая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Отдел государственного надзора по республике Хакасия, республике Тыва и Кемеровской области (подробнее) Ответчики: ПАО "Кузбасская энергетическая сбытовая компания"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