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Управление Росреестра по Калужской области (подробнее) УФСГ регистрации, кадастра картографии по Калужской обл. (подробнее) Иные лица: КУ Штрак К.А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