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унитарному предприятию «Водоканал»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Инспекция Федеральной налоговой службы России по городу Кирову (подробнее) МУП "Водоканал" (подробнее) Ответчики: ИФНС РОССИИ ПО Г.КИРОВУ (подробнее) МУП "Водоканал " (подробнее) Иные лица: УФНС РОССИИ ПО КИРОВСКОЙ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