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сельского хозяйства и продовольствия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сельского хозяйства и продовольствия Ростовской области (подробнее) Ответчики: Глава крестьянского (фермерского) хозяйства Катаев Аюб Султанович (подробнее) ИП Глава КФХ Катаев А.С.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