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«Московский Индустриальный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