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«Тувинская горнорудная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"Тувинская горнорудная компания" (подробнее) ООО "Тувинская горнорудная компания" (подробнее) Ответчики: Управление Федеральной антимонопольной службы по Республике Тыва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