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образовательному учреждению высшего образования «Псковский государственный университет»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"Меткомбанк" (подробнее) Ответчики: Федеральное государственное бюджетное образовательное учреждение высшего образования "Псковский государственный университет" (подробнее) Иные лица: Арбитражный суд Северо-Западного округа (подробнее) Отдел судебных приставов по Каменск-Уральскому и Каменскому району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