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«СТРОЙТЕПЛОСЕРВИС»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"Стройтеплосервис"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