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«Производственно-техническое объединение»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"Производственно-техническое объединение" (подробнее) Ответчики: Управление Федеральной антимонопольной службы по Сахалинской области (подробнее) Иные лица: Арбитражный суд Сахалинской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