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дорожному хозяйству, благоустройству, транспорту и связи города Барнаула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"АлтайГАЗавтосервис" (подробнее) ООО "АТП "АГАС-ТРАНС" (подробнее) Ответчики: Комитет по дорожному хозяйству, благоустройству, транспорту и связи г.Барнаула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