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«Янаульский элеватор»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"Янаульский элеватор" (подробнее) Ответчики: ООО "Агро-Ресурс"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