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«Профбизнес»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"ПРОФБИЗНЕС" (подробнее) Ответчики: ООО "Бизнес-оптима" (подробнее) Иные лица: Межрегиональное управление по СФО Федеральной службы по финансовому мониторингу (подробнее) ООО "Максима" (подробнее) ООО "Терминал Восточный"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