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Макаровский городской округ Сахалинской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Агентство лесного и охотничьего хозяйства Сахалинской области (подробнее) Иные лица: Администрация муниципального образования "Макаровский городской округ" Сахалинской области (подробнее) Министерство жилищно-коммунального хозяйства Сахалинской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